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sz w:val="40"/>
        </w:rPr>
        <w:t>Wzór formularza odstąpienia od umowy</w:t>
      </w:r>
    </w:p>
    <w:p>
      <w:pPr>
        <w:spacing w:after="280"/>
      </w:pPr>
      <w:r>
        <w:rPr>
          <w:b w:val="0"/>
          <w:i w:val="0"/>
          <w:color w:val="5F6368"/>
          <w:sz w:val="22"/>
        </w:rPr>
        <w:t>Załącznik do Regulaminu sklepu internetowego nfc5stars.pl</w:t>
      </w:r>
    </w:p>
    <w:p>
      <w:pPr>
        <w:spacing w:after="320"/>
      </w:pPr>
      <w:r>
        <w:rPr>
          <w:b w:val="0"/>
          <w:i/>
          <w:color w:val="5F6368"/>
        </w:rPr>
        <w:t>Formularz należy wypełnić i odesłać tylko w przypadku chęci odstąpienia od umowy.</w:t>
      </w:r>
    </w:p>
    <w:p>
      <w:pPr>
        <w:spacing w:after="40"/>
      </w:pPr>
      <w:r>
        <w:rPr>
          <w:b/>
          <w:i w:val="0"/>
        </w:rPr>
        <w:t xml:space="preserve">Adresat: </w:t>
      </w:r>
      <w:r>
        <w:rPr>
          <w:b w:val="0"/>
        </w:rPr>
        <w:t>Karol Matejczyk, e-mail: karolmatejczyknfc@gmail.com</w:t>
      </w:r>
    </w:p>
    <w:p>
      <w:pPr>
        <w:spacing w:after="40" w:before="200"/>
      </w:pPr>
      <w:r>
        <w:rPr>
          <w:b w:val="0"/>
          <w:i w:val="0"/>
        </w:rPr>
        <w:t>Ja/My(*) niniejszym informuję/informujemy(*) o moim/naszym odstąpieniu od umowy sprzedaży następujących rzeczy:</w:t>
      </w:r>
    </w:p>
    <w:p>
      <w:pPr>
        <w:spacing w:after="80"/>
      </w:pPr>
      <w:r>
        <w:rPr>
          <w:b w:val="0"/>
          <w:i w:val="0"/>
          <w:color w:val="80868B"/>
        </w:rPr>
        <w:t>……………………………………………………………………</w:t>
      </w:r>
    </w:p>
    <w:p>
      <w:pPr>
        <w:spacing w:after="40" w:before="200"/>
      </w:pPr>
      <w:r>
        <w:rPr>
          <w:b w:val="0"/>
          <w:i w:val="0"/>
        </w:rPr>
        <w:t>Data zawarcia umowy(*)/odbioru(*):</w:t>
      </w:r>
    </w:p>
    <w:p>
      <w:pPr>
        <w:spacing w:after="80"/>
      </w:pPr>
      <w:r>
        <w:rPr>
          <w:b w:val="0"/>
          <w:i w:val="0"/>
          <w:color w:val="80868B"/>
        </w:rPr>
        <w:t>……………………………………………………………………</w:t>
      </w:r>
    </w:p>
    <w:p>
      <w:pPr>
        <w:spacing w:after="40" w:before="200"/>
      </w:pPr>
      <w:r>
        <w:rPr>
          <w:b w:val="0"/>
          <w:i w:val="0"/>
        </w:rPr>
        <w:t>Imię i nazwisko Konsumenta(-ów):</w:t>
      </w:r>
    </w:p>
    <w:p>
      <w:pPr>
        <w:spacing w:after="80"/>
      </w:pPr>
      <w:r>
        <w:rPr>
          <w:b w:val="0"/>
          <w:i w:val="0"/>
          <w:color w:val="80868B"/>
        </w:rPr>
        <w:t>……………………………………………………………………</w:t>
      </w:r>
    </w:p>
    <w:p>
      <w:pPr>
        <w:spacing w:after="40" w:before="200"/>
      </w:pPr>
      <w:r>
        <w:rPr>
          <w:b w:val="0"/>
          <w:i w:val="0"/>
        </w:rPr>
        <w:t>Adres Konsumenta(-ów):</w:t>
      </w:r>
    </w:p>
    <w:p>
      <w:pPr>
        <w:spacing w:after="80"/>
      </w:pPr>
      <w:r>
        <w:rPr>
          <w:b w:val="0"/>
          <w:i w:val="0"/>
          <w:color w:val="80868B"/>
        </w:rPr>
        <w:t>……………………………………………………………………</w:t>
      </w:r>
    </w:p>
    <w:p>
      <w:pPr>
        <w:spacing w:after="40" w:before="200"/>
      </w:pPr>
      <w:r>
        <w:rPr>
          <w:b w:val="0"/>
          <w:i w:val="0"/>
        </w:rPr>
        <w:t>Podpis Konsumenta(-ów) (tylko jeżeli formularz jest przesyłany w wersji papierowej):</w:t>
      </w:r>
    </w:p>
    <w:p>
      <w:pPr>
        <w:spacing w:after="80"/>
      </w:pPr>
      <w:r>
        <w:rPr>
          <w:b w:val="0"/>
          <w:i w:val="0"/>
          <w:color w:val="80868B"/>
        </w:rPr>
        <w:t>……………………………………………………………………</w:t>
      </w:r>
    </w:p>
    <w:p>
      <w:pPr>
        <w:spacing w:after="40" w:before="200"/>
      </w:pPr>
      <w:r>
        <w:rPr>
          <w:b w:val="0"/>
          <w:i w:val="0"/>
        </w:rPr>
        <w:t>Data:</w:t>
      </w:r>
    </w:p>
    <w:p>
      <w:pPr>
        <w:spacing w:after="80"/>
      </w:pPr>
      <w:r>
        <w:rPr>
          <w:b w:val="0"/>
          <w:i w:val="0"/>
          <w:color w:val="80868B"/>
        </w:rPr>
        <w:t>……………………………………………………………………</w:t>
      </w:r>
    </w:p>
    <w:p>
      <w:pPr>
        <w:spacing w:before="280"/>
      </w:pPr>
      <w:r>
        <w:rPr>
          <w:b w:val="0"/>
          <w:i w:val="0"/>
          <w:color w:val="5F6368"/>
          <w:sz w:val="20"/>
        </w:rPr>
        <w:t>(*) Niepotrzebne skreślić.</w:t>
      </w:r>
    </w:p>
    <w:sectPr w:rsidR="00FC693F" w:rsidRPr="0006063C" w:rsidSect="00034616">
      <w:pgSz w:w="12240" w:h="15840"/>
      <w:pgMar w:top="124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00" w:lineRule="auto"/>
    </w:pPr>
    <w:rPr>
      <w:rFonts w:ascii="Calibri" w:hAnsi="Calibri" w:eastAsia="Calibri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